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9E267" w14:textId="77777777" w:rsidR="0046054E" w:rsidRDefault="00000000" w:rsidP="00BD5F26">
      <w:pPr>
        <w:spacing w:after="0" w:line="480" w:lineRule="auto"/>
      </w:pPr>
      <w:r>
        <w:rPr>
          <w:b/>
          <w:sz w:val="22"/>
        </w:rPr>
        <w:t>UNIVERSITATEA DIN BUCUREȘTI</w:t>
      </w:r>
    </w:p>
    <w:p w14:paraId="4CFF3DCB" w14:textId="77777777" w:rsidR="0046054E" w:rsidRDefault="00000000" w:rsidP="00BD5F26">
      <w:pPr>
        <w:spacing w:after="100" w:line="480" w:lineRule="auto"/>
      </w:pPr>
      <w:r>
        <w:rPr>
          <w:b/>
          <w:sz w:val="22"/>
        </w:rPr>
        <w:t>Facultatea de Filosofie</w:t>
      </w:r>
    </w:p>
    <w:p w14:paraId="76F26D4F" w14:textId="77777777" w:rsidR="0046054E" w:rsidRDefault="00000000" w:rsidP="00BD5F26">
      <w:pPr>
        <w:spacing w:after="60" w:line="480" w:lineRule="auto"/>
      </w:pPr>
      <w:r>
        <w:rPr>
          <w:b/>
        </w:rPr>
        <w:t xml:space="preserve">Studii universitare de: </w:t>
      </w:r>
      <w:r>
        <w:t>☐ Licență    ☐ Master    ☐ Doctorat</w:t>
      </w:r>
    </w:p>
    <w:p w14:paraId="4D58645D" w14:textId="77777777" w:rsidR="0046054E" w:rsidRDefault="00000000" w:rsidP="00BD5F26">
      <w:pPr>
        <w:spacing w:after="60" w:line="480" w:lineRule="auto"/>
      </w:pPr>
      <w:r>
        <w:rPr>
          <w:b/>
          <w:sz w:val="18"/>
        </w:rPr>
        <w:t xml:space="preserve">Domeniul de studii: </w:t>
      </w:r>
      <w:r>
        <w:rPr>
          <w:sz w:val="18"/>
        </w:rPr>
        <w:t>☐ FILOSOFIE    ☐ SOCIOLOGIE    ☐ ADMINISTRAREA AFACERILOR    ☐ ȘTIINȚELE EDUCAȚIEI</w:t>
      </w:r>
    </w:p>
    <w:p w14:paraId="530F1695" w14:textId="77777777" w:rsidR="0046054E" w:rsidRDefault="00000000" w:rsidP="00BD5F26">
      <w:pPr>
        <w:spacing w:after="100" w:line="480" w:lineRule="auto"/>
      </w:pPr>
      <w:r>
        <w:rPr>
          <w:b/>
          <w:sz w:val="18"/>
        </w:rPr>
        <w:t xml:space="preserve">Programul de studii: </w:t>
      </w:r>
      <w:r>
        <w:rPr>
          <w:sz w:val="18"/>
        </w:rPr>
        <w:t>☐ Licență   ☐ EASAO   ☐ ICIF   ☐ SDIERI   ☐ FGC   ☐ CF   ☐ Masterat didactic în Filosofie</w:t>
      </w:r>
      <w:r>
        <w:rPr>
          <w:sz w:val="18"/>
        </w:rPr>
        <w:br/>
        <w:t xml:space="preserve">                    ☐ MaCoS   ☐ AP   ☐ PPE   ☐ EH   ☐ CIS   ☐ IM   ☐ MBA   ☐ Doctorat</w:t>
      </w:r>
    </w:p>
    <w:p w14:paraId="04E220F5" w14:textId="77777777" w:rsidR="0046054E" w:rsidRPr="00881914" w:rsidRDefault="00000000" w:rsidP="00BD5F26">
      <w:pPr>
        <w:spacing w:before="100" w:after="20" w:line="480" w:lineRule="auto"/>
        <w:jc w:val="center"/>
        <w:rPr>
          <w:lang w:val="fr-FR"/>
        </w:rPr>
      </w:pPr>
      <w:r w:rsidRPr="00881914">
        <w:rPr>
          <w:b/>
          <w:sz w:val="26"/>
          <w:lang w:val="fr-FR"/>
        </w:rPr>
        <w:t xml:space="preserve">CERERE DE </w:t>
      </w:r>
      <w:proofErr w:type="spellStart"/>
      <w:r w:rsidRPr="00881914">
        <w:rPr>
          <w:b/>
          <w:sz w:val="26"/>
          <w:lang w:val="fr-FR"/>
        </w:rPr>
        <w:t>ÎNSCRIERE</w:t>
      </w:r>
      <w:proofErr w:type="spellEnd"/>
      <w:r w:rsidRPr="00881914">
        <w:rPr>
          <w:b/>
          <w:sz w:val="26"/>
          <w:lang w:val="fr-FR"/>
        </w:rPr>
        <w:t xml:space="preserve"> LA DISCIPLINE </w:t>
      </w:r>
      <w:proofErr w:type="spellStart"/>
      <w:r w:rsidRPr="00881914">
        <w:rPr>
          <w:b/>
          <w:sz w:val="26"/>
          <w:lang w:val="fr-FR"/>
        </w:rPr>
        <w:t>OPȚIONALE</w:t>
      </w:r>
      <w:proofErr w:type="spellEnd"/>
    </w:p>
    <w:p w14:paraId="72170DC6" w14:textId="77777777" w:rsidR="0046054E" w:rsidRPr="00881914" w:rsidRDefault="00000000" w:rsidP="00BD5F26">
      <w:pPr>
        <w:spacing w:after="140" w:line="480" w:lineRule="auto"/>
        <w:jc w:val="center"/>
        <w:rPr>
          <w:lang w:val="pt-BR"/>
        </w:rPr>
      </w:pPr>
      <w:r w:rsidRPr="00881914">
        <w:rPr>
          <w:b/>
          <w:sz w:val="21"/>
          <w:lang w:val="pt-BR"/>
        </w:rPr>
        <w:t>Anul universitar 2026–2027</w:t>
      </w:r>
    </w:p>
    <w:p w14:paraId="79785CA9" w14:textId="77777777" w:rsidR="0046054E" w:rsidRPr="00881914" w:rsidRDefault="00000000" w:rsidP="00BD5F26">
      <w:pPr>
        <w:spacing w:after="80" w:line="480" w:lineRule="auto"/>
        <w:rPr>
          <w:lang w:val="pt-BR"/>
        </w:rPr>
      </w:pPr>
      <w:r w:rsidRPr="00881914">
        <w:rPr>
          <w:b/>
          <w:lang w:val="pt-BR"/>
        </w:rPr>
        <w:t xml:space="preserve">Nume și prenume: </w:t>
      </w:r>
      <w:r w:rsidRPr="00881914">
        <w:rPr>
          <w:lang w:val="pt-BR"/>
        </w:rPr>
        <w:t>.............................................................................................................................</w:t>
      </w:r>
    </w:p>
    <w:p w14:paraId="1987C9CA" w14:textId="77777777" w:rsidR="0046054E" w:rsidRPr="00881914" w:rsidRDefault="00000000" w:rsidP="00BD5F26">
      <w:pPr>
        <w:spacing w:after="120" w:line="480" w:lineRule="auto"/>
        <w:rPr>
          <w:lang w:val="pt-BR"/>
        </w:rPr>
      </w:pPr>
      <w:r w:rsidRPr="00881914">
        <w:rPr>
          <w:b/>
          <w:lang w:val="pt-BR"/>
        </w:rPr>
        <w:t xml:space="preserve">Anul de studiu: </w:t>
      </w:r>
      <w:r w:rsidRPr="00881914">
        <w:rPr>
          <w:lang w:val="pt-BR"/>
        </w:rPr>
        <w:t>☐ I    ☐ II    ☐ III    ☐ IV</w:t>
      </w:r>
    </w:p>
    <w:p w14:paraId="095510BF" w14:textId="77777777" w:rsidR="0046054E" w:rsidRPr="00881914" w:rsidRDefault="00000000" w:rsidP="00BD5F26">
      <w:pPr>
        <w:spacing w:after="80" w:line="480" w:lineRule="auto"/>
        <w:rPr>
          <w:lang w:val="pt-BR"/>
        </w:rPr>
      </w:pPr>
      <w:r w:rsidRPr="00881914">
        <w:rPr>
          <w:lang w:val="pt-BR"/>
        </w:rPr>
        <w:t>În conformitate cu planul de învățământ al programului de studii la care sunt înmatriculat(ă), optez pentru următoarea/următoarele disciplină/discipline:</w:t>
      </w:r>
    </w:p>
    <w:p w14:paraId="1F701202" w14:textId="77777777" w:rsidR="0046054E" w:rsidRDefault="00000000" w:rsidP="00BD5F26">
      <w:pPr>
        <w:spacing w:after="80" w:line="480" w:lineRule="auto"/>
      </w:pPr>
      <w:proofErr w:type="spellStart"/>
      <w:r>
        <w:rPr>
          <w:b/>
        </w:rPr>
        <w:t>Semestrul</w:t>
      </w:r>
      <w:proofErr w:type="spellEnd"/>
      <w:r>
        <w:rPr>
          <w:b/>
        </w:rPr>
        <w:t xml:space="preserve">: </w:t>
      </w:r>
      <w:r>
        <w:t xml:space="preserve">☐ </w:t>
      </w:r>
      <w:proofErr w:type="spellStart"/>
      <w:r>
        <w:t>Semestrul</w:t>
      </w:r>
      <w:proofErr w:type="spellEnd"/>
      <w:r>
        <w:t xml:space="preserve"> I    ☐ Semestrul II</w:t>
      </w:r>
    </w:p>
    <w:tbl>
      <w:tblPr>
        <w:tblStyle w:val="TableGrid"/>
        <w:tblW w:w="0" w:type="auto"/>
        <w:jc w:val="center"/>
        <w:tblLook w:val="04A0" w:firstRow="1" w:lastRow="0" w:firstColumn="1" w:lastColumn="0" w:noHBand="0" w:noVBand="1"/>
      </w:tblPr>
      <w:tblGrid>
        <w:gridCol w:w="737"/>
        <w:gridCol w:w="5102"/>
        <w:gridCol w:w="2948"/>
        <w:gridCol w:w="850"/>
      </w:tblGrid>
      <w:tr w:rsidR="0046054E" w14:paraId="7F1BB9A6" w14:textId="77777777">
        <w:trPr>
          <w:tblHeader/>
          <w:jc w:val="center"/>
        </w:trPr>
        <w:tc>
          <w:tcPr>
            <w:tcW w:w="737" w:type="dxa"/>
            <w:shd w:val="clear" w:color="auto" w:fill="E7E6E6"/>
            <w:tcMar>
              <w:top w:w="70" w:type="dxa"/>
              <w:left w:w="80" w:type="dxa"/>
              <w:bottom w:w="70" w:type="dxa"/>
              <w:right w:w="80" w:type="dxa"/>
            </w:tcMar>
            <w:vAlign w:val="center"/>
          </w:tcPr>
          <w:p w14:paraId="296F870F" w14:textId="77777777" w:rsidR="0046054E" w:rsidRDefault="00000000" w:rsidP="00BD5F26">
            <w:pPr>
              <w:spacing w:line="480" w:lineRule="auto"/>
              <w:jc w:val="center"/>
            </w:pPr>
            <w:r>
              <w:rPr>
                <w:b/>
                <w:sz w:val="19"/>
              </w:rPr>
              <w:t>Nr. crt.</w:t>
            </w:r>
          </w:p>
        </w:tc>
        <w:tc>
          <w:tcPr>
            <w:tcW w:w="5102" w:type="dxa"/>
            <w:shd w:val="clear" w:color="auto" w:fill="E7E6E6"/>
            <w:tcMar>
              <w:top w:w="70" w:type="dxa"/>
              <w:left w:w="80" w:type="dxa"/>
              <w:bottom w:w="70" w:type="dxa"/>
              <w:right w:w="80" w:type="dxa"/>
            </w:tcMar>
            <w:vAlign w:val="center"/>
          </w:tcPr>
          <w:p w14:paraId="369D03FF" w14:textId="77777777" w:rsidR="0046054E" w:rsidRDefault="00000000" w:rsidP="00BD5F26">
            <w:pPr>
              <w:spacing w:line="480" w:lineRule="auto"/>
              <w:jc w:val="center"/>
            </w:pPr>
            <w:r>
              <w:rPr>
                <w:b/>
                <w:sz w:val="19"/>
              </w:rPr>
              <w:t>Denumirea disciplinei opționale</w:t>
            </w:r>
          </w:p>
        </w:tc>
        <w:tc>
          <w:tcPr>
            <w:tcW w:w="2948" w:type="dxa"/>
            <w:shd w:val="clear" w:color="auto" w:fill="E7E6E6"/>
            <w:tcMar>
              <w:top w:w="70" w:type="dxa"/>
              <w:left w:w="80" w:type="dxa"/>
              <w:bottom w:w="70" w:type="dxa"/>
              <w:right w:w="80" w:type="dxa"/>
            </w:tcMar>
            <w:vAlign w:val="center"/>
          </w:tcPr>
          <w:p w14:paraId="40AF144B" w14:textId="77777777" w:rsidR="0046054E" w:rsidRDefault="00000000" w:rsidP="00BD5F26">
            <w:pPr>
              <w:spacing w:line="480" w:lineRule="auto"/>
              <w:jc w:val="center"/>
            </w:pPr>
            <w:r>
              <w:rPr>
                <w:b/>
                <w:sz w:val="19"/>
              </w:rPr>
              <w:t>Cadru didactic</w:t>
            </w:r>
          </w:p>
        </w:tc>
        <w:tc>
          <w:tcPr>
            <w:tcW w:w="850" w:type="dxa"/>
            <w:shd w:val="clear" w:color="auto" w:fill="E7E6E6"/>
            <w:tcMar>
              <w:top w:w="70" w:type="dxa"/>
              <w:left w:w="80" w:type="dxa"/>
              <w:bottom w:w="70" w:type="dxa"/>
              <w:right w:w="80" w:type="dxa"/>
            </w:tcMar>
            <w:vAlign w:val="center"/>
          </w:tcPr>
          <w:p w14:paraId="17AA661A" w14:textId="77777777" w:rsidR="0046054E" w:rsidRDefault="00000000" w:rsidP="00BD5F26">
            <w:pPr>
              <w:spacing w:line="480" w:lineRule="auto"/>
              <w:jc w:val="center"/>
            </w:pPr>
            <w:r>
              <w:rPr>
                <w:b/>
                <w:sz w:val="19"/>
              </w:rPr>
              <w:t>ECTS</w:t>
            </w:r>
          </w:p>
        </w:tc>
      </w:tr>
      <w:tr w:rsidR="0046054E" w14:paraId="6CD02419" w14:textId="77777777">
        <w:trPr>
          <w:trHeight w:val="652"/>
          <w:jc w:val="center"/>
        </w:trPr>
        <w:tc>
          <w:tcPr>
            <w:tcW w:w="737" w:type="dxa"/>
            <w:tcMar>
              <w:top w:w="70" w:type="dxa"/>
              <w:left w:w="80" w:type="dxa"/>
              <w:bottom w:w="70" w:type="dxa"/>
              <w:right w:w="80" w:type="dxa"/>
            </w:tcMar>
            <w:vAlign w:val="center"/>
          </w:tcPr>
          <w:p w14:paraId="65AE1D13" w14:textId="77777777" w:rsidR="0046054E" w:rsidRDefault="00000000" w:rsidP="00BD5F26">
            <w:pPr>
              <w:spacing w:line="480" w:lineRule="auto"/>
              <w:jc w:val="center"/>
            </w:pPr>
            <w:r>
              <w:rPr>
                <w:sz w:val="19"/>
              </w:rPr>
              <w:t>1</w:t>
            </w:r>
          </w:p>
        </w:tc>
        <w:tc>
          <w:tcPr>
            <w:tcW w:w="5102" w:type="dxa"/>
            <w:tcMar>
              <w:top w:w="70" w:type="dxa"/>
              <w:left w:w="80" w:type="dxa"/>
              <w:bottom w:w="70" w:type="dxa"/>
              <w:right w:w="80" w:type="dxa"/>
            </w:tcMar>
            <w:vAlign w:val="center"/>
          </w:tcPr>
          <w:p w14:paraId="639E40D6" w14:textId="77777777" w:rsidR="0046054E" w:rsidRDefault="0046054E" w:rsidP="00BD5F26">
            <w:pPr>
              <w:spacing w:line="480" w:lineRule="auto"/>
            </w:pPr>
          </w:p>
        </w:tc>
        <w:tc>
          <w:tcPr>
            <w:tcW w:w="2948" w:type="dxa"/>
            <w:tcMar>
              <w:top w:w="70" w:type="dxa"/>
              <w:left w:w="80" w:type="dxa"/>
              <w:bottom w:w="70" w:type="dxa"/>
              <w:right w:w="80" w:type="dxa"/>
            </w:tcMar>
            <w:vAlign w:val="center"/>
          </w:tcPr>
          <w:p w14:paraId="492A30E7" w14:textId="77777777" w:rsidR="0046054E" w:rsidRDefault="0046054E" w:rsidP="00BD5F26">
            <w:pPr>
              <w:spacing w:line="480" w:lineRule="auto"/>
            </w:pPr>
          </w:p>
        </w:tc>
        <w:tc>
          <w:tcPr>
            <w:tcW w:w="850" w:type="dxa"/>
            <w:tcMar>
              <w:top w:w="70" w:type="dxa"/>
              <w:left w:w="80" w:type="dxa"/>
              <w:bottom w:w="70" w:type="dxa"/>
              <w:right w:w="80" w:type="dxa"/>
            </w:tcMar>
            <w:vAlign w:val="center"/>
          </w:tcPr>
          <w:p w14:paraId="72A2DB9E" w14:textId="77777777" w:rsidR="0046054E" w:rsidRDefault="0046054E" w:rsidP="00BD5F26">
            <w:pPr>
              <w:spacing w:line="480" w:lineRule="auto"/>
              <w:jc w:val="center"/>
            </w:pPr>
          </w:p>
        </w:tc>
      </w:tr>
      <w:tr w:rsidR="0046054E" w14:paraId="59FE015F" w14:textId="77777777">
        <w:trPr>
          <w:trHeight w:val="652"/>
          <w:jc w:val="center"/>
        </w:trPr>
        <w:tc>
          <w:tcPr>
            <w:tcW w:w="737" w:type="dxa"/>
            <w:tcMar>
              <w:top w:w="70" w:type="dxa"/>
              <w:left w:w="80" w:type="dxa"/>
              <w:bottom w:w="70" w:type="dxa"/>
              <w:right w:w="80" w:type="dxa"/>
            </w:tcMar>
            <w:vAlign w:val="center"/>
          </w:tcPr>
          <w:p w14:paraId="0805BBE9" w14:textId="77777777" w:rsidR="0046054E" w:rsidRDefault="00000000" w:rsidP="00BD5F26">
            <w:pPr>
              <w:spacing w:line="480" w:lineRule="auto"/>
              <w:jc w:val="center"/>
            </w:pPr>
            <w:r>
              <w:rPr>
                <w:sz w:val="19"/>
              </w:rPr>
              <w:t>2</w:t>
            </w:r>
          </w:p>
        </w:tc>
        <w:tc>
          <w:tcPr>
            <w:tcW w:w="5102" w:type="dxa"/>
            <w:tcMar>
              <w:top w:w="70" w:type="dxa"/>
              <w:left w:w="80" w:type="dxa"/>
              <w:bottom w:w="70" w:type="dxa"/>
              <w:right w:w="80" w:type="dxa"/>
            </w:tcMar>
            <w:vAlign w:val="center"/>
          </w:tcPr>
          <w:p w14:paraId="5F06919D" w14:textId="77777777" w:rsidR="0046054E" w:rsidRDefault="0046054E" w:rsidP="00BD5F26">
            <w:pPr>
              <w:spacing w:line="480" w:lineRule="auto"/>
            </w:pPr>
          </w:p>
        </w:tc>
        <w:tc>
          <w:tcPr>
            <w:tcW w:w="2948" w:type="dxa"/>
            <w:tcMar>
              <w:top w:w="70" w:type="dxa"/>
              <w:left w:w="80" w:type="dxa"/>
              <w:bottom w:w="70" w:type="dxa"/>
              <w:right w:w="80" w:type="dxa"/>
            </w:tcMar>
            <w:vAlign w:val="center"/>
          </w:tcPr>
          <w:p w14:paraId="1A0D282D" w14:textId="77777777" w:rsidR="0046054E" w:rsidRDefault="0046054E" w:rsidP="00BD5F26">
            <w:pPr>
              <w:spacing w:line="480" w:lineRule="auto"/>
            </w:pPr>
          </w:p>
        </w:tc>
        <w:tc>
          <w:tcPr>
            <w:tcW w:w="850" w:type="dxa"/>
            <w:tcMar>
              <w:top w:w="70" w:type="dxa"/>
              <w:left w:w="80" w:type="dxa"/>
              <w:bottom w:w="70" w:type="dxa"/>
              <w:right w:w="80" w:type="dxa"/>
            </w:tcMar>
            <w:vAlign w:val="center"/>
          </w:tcPr>
          <w:p w14:paraId="05CB0EA8" w14:textId="77777777" w:rsidR="0046054E" w:rsidRDefault="0046054E" w:rsidP="00BD5F26">
            <w:pPr>
              <w:spacing w:line="480" w:lineRule="auto"/>
              <w:jc w:val="center"/>
            </w:pPr>
          </w:p>
        </w:tc>
      </w:tr>
      <w:tr w:rsidR="0046054E" w14:paraId="40805501" w14:textId="77777777">
        <w:trPr>
          <w:trHeight w:val="652"/>
          <w:jc w:val="center"/>
        </w:trPr>
        <w:tc>
          <w:tcPr>
            <w:tcW w:w="737" w:type="dxa"/>
            <w:tcMar>
              <w:top w:w="70" w:type="dxa"/>
              <w:left w:w="80" w:type="dxa"/>
              <w:bottom w:w="70" w:type="dxa"/>
              <w:right w:w="80" w:type="dxa"/>
            </w:tcMar>
            <w:vAlign w:val="center"/>
          </w:tcPr>
          <w:p w14:paraId="00877826" w14:textId="77777777" w:rsidR="0046054E" w:rsidRDefault="00000000" w:rsidP="00BD5F26">
            <w:pPr>
              <w:spacing w:line="480" w:lineRule="auto"/>
              <w:jc w:val="center"/>
            </w:pPr>
            <w:r>
              <w:rPr>
                <w:sz w:val="19"/>
              </w:rPr>
              <w:t>3</w:t>
            </w:r>
          </w:p>
        </w:tc>
        <w:tc>
          <w:tcPr>
            <w:tcW w:w="5102" w:type="dxa"/>
            <w:tcMar>
              <w:top w:w="70" w:type="dxa"/>
              <w:left w:w="80" w:type="dxa"/>
              <w:bottom w:w="70" w:type="dxa"/>
              <w:right w:w="80" w:type="dxa"/>
            </w:tcMar>
            <w:vAlign w:val="center"/>
          </w:tcPr>
          <w:p w14:paraId="68190D17" w14:textId="77777777" w:rsidR="0046054E" w:rsidRDefault="0046054E" w:rsidP="00BD5F26">
            <w:pPr>
              <w:spacing w:line="480" w:lineRule="auto"/>
            </w:pPr>
          </w:p>
        </w:tc>
        <w:tc>
          <w:tcPr>
            <w:tcW w:w="2948" w:type="dxa"/>
            <w:tcMar>
              <w:top w:w="70" w:type="dxa"/>
              <w:left w:w="80" w:type="dxa"/>
              <w:bottom w:w="70" w:type="dxa"/>
              <w:right w:w="80" w:type="dxa"/>
            </w:tcMar>
            <w:vAlign w:val="center"/>
          </w:tcPr>
          <w:p w14:paraId="2418098B" w14:textId="77777777" w:rsidR="0046054E" w:rsidRDefault="0046054E" w:rsidP="00BD5F26">
            <w:pPr>
              <w:spacing w:line="480" w:lineRule="auto"/>
            </w:pPr>
          </w:p>
        </w:tc>
        <w:tc>
          <w:tcPr>
            <w:tcW w:w="850" w:type="dxa"/>
            <w:tcMar>
              <w:top w:w="70" w:type="dxa"/>
              <w:left w:w="80" w:type="dxa"/>
              <w:bottom w:w="70" w:type="dxa"/>
              <w:right w:w="80" w:type="dxa"/>
            </w:tcMar>
            <w:vAlign w:val="center"/>
          </w:tcPr>
          <w:p w14:paraId="4932E4CC" w14:textId="77777777" w:rsidR="0046054E" w:rsidRDefault="0046054E" w:rsidP="00BD5F26">
            <w:pPr>
              <w:spacing w:line="480" w:lineRule="auto"/>
              <w:jc w:val="center"/>
            </w:pPr>
          </w:p>
        </w:tc>
      </w:tr>
    </w:tbl>
    <w:p w14:paraId="3CF3F7D8" w14:textId="77777777" w:rsidR="00881914" w:rsidRDefault="00881914" w:rsidP="00BD5F26">
      <w:pPr>
        <w:spacing w:after="60" w:line="480" w:lineRule="auto"/>
        <w:rPr>
          <w:sz w:val="19"/>
        </w:rPr>
      </w:pPr>
    </w:p>
    <w:p w14:paraId="1649DA9D" w14:textId="43B97616" w:rsidR="0046054E" w:rsidRDefault="00000000" w:rsidP="00BD5F26">
      <w:pPr>
        <w:spacing w:after="60" w:line="480" w:lineRule="auto"/>
      </w:pPr>
      <w:r>
        <w:rPr>
          <w:sz w:val="19"/>
        </w:rPr>
        <w:t xml:space="preserve">Prin </w:t>
      </w:r>
      <w:proofErr w:type="spellStart"/>
      <w:r>
        <w:rPr>
          <w:sz w:val="19"/>
        </w:rPr>
        <w:t>completarea</w:t>
      </w:r>
      <w:proofErr w:type="spellEnd"/>
      <w:r>
        <w:rPr>
          <w:sz w:val="19"/>
        </w:rPr>
        <w:t xml:space="preserve"> </w:t>
      </w:r>
      <w:proofErr w:type="spellStart"/>
      <w:r>
        <w:rPr>
          <w:sz w:val="19"/>
        </w:rPr>
        <w:t>și</w:t>
      </w:r>
      <w:proofErr w:type="spellEnd"/>
      <w:r>
        <w:rPr>
          <w:sz w:val="19"/>
        </w:rPr>
        <w:t xml:space="preserve"> </w:t>
      </w:r>
      <w:proofErr w:type="spellStart"/>
      <w:r>
        <w:rPr>
          <w:sz w:val="19"/>
        </w:rPr>
        <w:t>semnarea</w:t>
      </w:r>
      <w:proofErr w:type="spellEnd"/>
      <w:r>
        <w:rPr>
          <w:sz w:val="19"/>
        </w:rPr>
        <w:t xml:space="preserve"> </w:t>
      </w:r>
      <w:proofErr w:type="spellStart"/>
      <w:r>
        <w:rPr>
          <w:sz w:val="19"/>
        </w:rPr>
        <w:t>prezentei</w:t>
      </w:r>
      <w:proofErr w:type="spellEnd"/>
      <w:r>
        <w:rPr>
          <w:sz w:val="19"/>
        </w:rPr>
        <w:t xml:space="preserve"> cereri declar că am consultat planul de învățământ aferent programului și anului meu de studiu și am luat la cunoștință faptul că, odată aleasă, disciplina opțională devine obligatorie, fiind supusă cerințelor de participare, evaluare și promovare prevăzute pentru disciplina respectivă.</w:t>
      </w:r>
    </w:p>
    <w:p w14:paraId="2A5464F2" w14:textId="77777777" w:rsidR="0046054E" w:rsidRDefault="00000000" w:rsidP="00BD5F26">
      <w:pPr>
        <w:spacing w:after="40" w:line="480" w:lineRule="auto"/>
        <w:rPr>
          <w:sz w:val="19"/>
        </w:rPr>
      </w:pPr>
      <w:r>
        <w:rPr>
          <w:sz w:val="19"/>
        </w:rPr>
        <w:t xml:space="preserve">De asemenea, am luat la cunoștință faptul că disciplinele opționale alese trebuie să respecte limba de predare a programului de studii la care sunt </w:t>
      </w:r>
      <w:proofErr w:type="spellStart"/>
      <w:r>
        <w:rPr>
          <w:sz w:val="19"/>
        </w:rPr>
        <w:t>înmatriculat</w:t>
      </w:r>
      <w:proofErr w:type="spellEnd"/>
      <w:r>
        <w:rPr>
          <w:sz w:val="19"/>
        </w:rPr>
        <w:t>(ă).</w:t>
      </w:r>
    </w:p>
    <w:p w14:paraId="7128A19A" w14:textId="77777777" w:rsidR="00881914" w:rsidRDefault="00881914" w:rsidP="00BD5F26">
      <w:pPr>
        <w:spacing w:after="40" w:line="480" w:lineRule="auto"/>
      </w:pPr>
    </w:p>
    <w:p w14:paraId="692FAFC5" w14:textId="266F0FC2" w:rsidR="0046054E" w:rsidRDefault="00000000" w:rsidP="00BD5F26">
      <w:pPr>
        <w:spacing w:before="160" w:after="0" w:line="480" w:lineRule="auto"/>
      </w:pPr>
      <w:r>
        <w:rPr>
          <w:b/>
        </w:rPr>
        <w:t xml:space="preserve">Data: </w:t>
      </w:r>
      <w:r>
        <w:t>........................................</w:t>
      </w:r>
      <w:r>
        <w:rPr>
          <w:b/>
        </w:rPr>
        <w:t xml:space="preserve">                              Semnătura studentului: </w:t>
      </w:r>
      <w:r>
        <w:t>....................................................</w:t>
      </w:r>
      <w:r>
        <w:br/>
      </w:r>
    </w:p>
    <w:sectPr w:rsidR="0046054E" w:rsidSect="00034616">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2192881">
    <w:abstractNumId w:val="8"/>
  </w:num>
  <w:num w:numId="2" w16cid:durableId="433987447">
    <w:abstractNumId w:val="6"/>
  </w:num>
  <w:num w:numId="3" w16cid:durableId="970130781">
    <w:abstractNumId w:val="5"/>
  </w:num>
  <w:num w:numId="4" w16cid:durableId="1901749357">
    <w:abstractNumId w:val="4"/>
  </w:num>
  <w:num w:numId="5" w16cid:durableId="370497931">
    <w:abstractNumId w:val="7"/>
  </w:num>
  <w:num w:numId="6" w16cid:durableId="1457219861">
    <w:abstractNumId w:val="3"/>
  </w:num>
  <w:num w:numId="7" w16cid:durableId="468934241">
    <w:abstractNumId w:val="2"/>
  </w:num>
  <w:num w:numId="8" w16cid:durableId="1374960572">
    <w:abstractNumId w:val="1"/>
  </w:num>
  <w:num w:numId="9" w16cid:durableId="1436367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3674"/>
    <w:rsid w:val="0015074B"/>
    <w:rsid w:val="00277C9F"/>
    <w:rsid w:val="0029639D"/>
    <w:rsid w:val="00326F90"/>
    <w:rsid w:val="0046054E"/>
    <w:rsid w:val="00762F29"/>
    <w:rsid w:val="0087419B"/>
    <w:rsid w:val="00881914"/>
    <w:rsid w:val="00AA1D8D"/>
    <w:rsid w:val="00B47730"/>
    <w:rsid w:val="00BD5F26"/>
    <w:rsid w:val="00CB0664"/>
    <w:rsid w:val="00E01E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F6FA34"/>
  <w14:defaultImageDpi w14:val="300"/>
  <w15:docId w15:val="{246FD224-AEC0-435F-8755-010D8BE73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238</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LILIAN CIACHIR</cp:lastModifiedBy>
  <cp:revision>4</cp:revision>
  <dcterms:created xsi:type="dcterms:W3CDTF">2026-10-08T06:58:00Z</dcterms:created>
  <dcterms:modified xsi:type="dcterms:W3CDTF">2026-10-08T06:58:00Z</dcterms:modified>
  <cp:category/>
</cp:coreProperties>
</file>