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0DAE" w14:textId="77777777" w:rsidR="0046054E" w:rsidRDefault="00000000" w:rsidP="00BD7307">
      <w:pPr>
        <w:spacing w:after="0" w:line="360" w:lineRule="auto"/>
      </w:pPr>
      <w:proofErr w:type="spellStart"/>
      <w:r>
        <w:rPr>
          <w:b/>
          <w:sz w:val="22"/>
        </w:rPr>
        <w:t>UNIVERSITATEA</w:t>
      </w:r>
      <w:proofErr w:type="spellEnd"/>
      <w:r>
        <w:rPr>
          <w:b/>
          <w:sz w:val="22"/>
        </w:rPr>
        <w:t xml:space="preserve"> DIN </w:t>
      </w:r>
      <w:proofErr w:type="spellStart"/>
      <w:r>
        <w:rPr>
          <w:b/>
          <w:sz w:val="22"/>
        </w:rPr>
        <w:t>BUCUREȘTI</w:t>
      </w:r>
      <w:proofErr w:type="spellEnd"/>
    </w:p>
    <w:p w14:paraId="2354B962" w14:textId="77777777" w:rsidR="0046054E" w:rsidRDefault="00000000" w:rsidP="00BD7307">
      <w:pPr>
        <w:spacing w:after="100" w:line="360" w:lineRule="auto"/>
      </w:pPr>
      <w:r>
        <w:rPr>
          <w:b/>
          <w:sz w:val="22"/>
        </w:rPr>
        <w:t>Facultatea de Filosofie</w:t>
      </w:r>
    </w:p>
    <w:p w14:paraId="0458B108" w14:textId="77777777" w:rsidR="0046054E" w:rsidRDefault="00000000" w:rsidP="00BD7307">
      <w:pPr>
        <w:spacing w:after="60" w:line="360" w:lineRule="auto"/>
      </w:pPr>
      <w:r>
        <w:rPr>
          <w:b/>
        </w:rPr>
        <w:t xml:space="preserve">Studii universitare de: </w:t>
      </w:r>
      <w:r>
        <w:t>☐ Licență    ☐ Master    ☐ Doctorat</w:t>
      </w:r>
    </w:p>
    <w:p w14:paraId="598C3DDF" w14:textId="77777777" w:rsidR="0046054E" w:rsidRDefault="00000000" w:rsidP="00BD7307">
      <w:pPr>
        <w:spacing w:after="60" w:line="360" w:lineRule="auto"/>
      </w:pPr>
      <w:r>
        <w:rPr>
          <w:b/>
          <w:sz w:val="18"/>
        </w:rPr>
        <w:t xml:space="preserve">Domeniul de studii: </w:t>
      </w:r>
      <w:r>
        <w:rPr>
          <w:sz w:val="18"/>
        </w:rPr>
        <w:t>☐ FILOSOFIE    ☐ SOCIOLOGIE    ☐ ADMINISTRAREA AFACERILOR    ☐ ȘTIINȚELE EDUCAȚIEI</w:t>
      </w:r>
    </w:p>
    <w:p w14:paraId="742E762A" w14:textId="77777777" w:rsidR="0046054E" w:rsidRDefault="00000000" w:rsidP="00BD7307">
      <w:pPr>
        <w:spacing w:after="100" w:line="360" w:lineRule="auto"/>
      </w:pPr>
      <w:r>
        <w:rPr>
          <w:b/>
          <w:sz w:val="18"/>
        </w:rPr>
        <w:t xml:space="preserve">Programul de studii: </w:t>
      </w:r>
      <w:r>
        <w:rPr>
          <w:sz w:val="18"/>
        </w:rPr>
        <w:t>☐ Licență   ☐ EASAO   ☐ ICIF   ☐ SDIERI   ☐ FGC   ☐ CF   ☐ Masterat didactic în Filosofie</w:t>
      </w:r>
      <w:r>
        <w:rPr>
          <w:sz w:val="18"/>
        </w:rPr>
        <w:br/>
        <w:t xml:space="preserve">                    ☐ MaCoS   ☐ AP   ☐ PPE   ☐ EH   ☐ CIS   ☐ IM   ☐ MBA   ☐ Doctorat</w:t>
      </w:r>
    </w:p>
    <w:p w14:paraId="35782783" w14:textId="77777777" w:rsidR="0046054E" w:rsidRPr="00881914" w:rsidRDefault="00000000" w:rsidP="00BD7307">
      <w:pPr>
        <w:spacing w:before="100" w:after="20" w:line="360" w:lineRule="auto"/>
        <w:jc w:val="center"/>
        <w:rPr>
          <w:lang w:val="fr-FR"/>
        </w:rPr>
      </w:pPr>
      <w:r w:rsidRPr="00881914">
        <w:rPr>
          <w:b/>
          <w:sz w:val="26"/>
          <w:lang w:val="fr-FR"/>
        </w:rPr>
        <w:t xml:space="preserve">CERERE DE </w:t>
      </w:r>
      <w:proofErr w:type="spellStart"/>
      <w:r w:rsidRPr="00881914">
        <w:rPr>
          <w:b/>
          <w:sz w:val="26"/>
          <w:lang w:val="fr-FR"/>
        </w:rPr>
        <w:t>ÎNSCRIERE</w:t>
      </w:r>
      <w:proofErr w:type="spellEnd"/>
      <w:r w:rsidRPr="00881914">
        <w:rPr>
          <w:b/>
          <w:sz w:val="26"/>
          <w:lang w:val="fr-FR"/>
        </w:rPr>
        <w:t xml:space="preserve"> LA DISCIPLINE FACULTATIVE</w:t>
      </w:r>
    </w:p>
    <w:p w14:paraId="5D90A8FA" w14:textId="77777777" w:rsidR="0046054E" w:rsidRPr="00881914" w:rsidRDefault="00000000" w:rsidP="00BD7307">
      <w:pPr>
        <w:spacing w:after="140" w:line="360" w:lineRule="auto"/>
        <w:jc w:val="center"/>
        <w:rPr>
          <w:lang w:val="pt-BR"/>
        </w:rPr>
      </w:pPr>
      <w:r w:rsidRPr="00881914">
        <w:rPr>
          <w:b/>
          <w:sz w:val="21"/>
          <w:lang w:val="pt-BR"/>
        </w:rPr>
        <w:t>Anul universitar 2026–2027</w:t>
      </w:r>
    </w:p>
    <w:p w14:paraId="11AF573D" w14:textId="77777777" w:rsidR="0046054E" w:rsidRPr="00881914" w:rsidRDefault="00000000" w:rsidP="00BD7307">
      <w:pPr>
        <w:spacing w:after="80" w:line="360" w:lineRule="auto"/>
        <w:rPr>
          <w:lang w:val="pt-BR"/>
        </w:rPr>
      </w:pPr>
      <w:r w:rsidRPr="00881914">
        <w:rPr>
          <w:b/>
          <w:lang w:val="pt-BR"/>
        </w:rPr>
        <w:t xml:space="preserve">Nume și prenume: </w:t>
      </w:r>
      <w:r w:rsidRPr="00881914">
        <w:rPr>
          <w:lang w:val="pt-BR"/>
        </w:rPr>
        <w:t>.............................................................................................................................</w:t>
      </w:r>
    </w:p>
    <w:p w14:paraId="0EB27F87" w14:textId="77777777" w:rsidR="0046054E" w:rsidRPr="00881914" w:rsidRDefault="00000000" w:rsidP="00BD7307">
      <w:pPr>
        <w:spacing w:after="120" w:line="360" w:lineRule="auto"/>
        <w:rPr>
          <w:lang w:val="pt-BR"/>
        </w:rPr>
      </w:pPr>
      <w:r w:rsidRPr="00881914">
        <w:rPr>
          <w:b/>
          <w:lang w:val="pt-BR"/>
        </w:rPr>
        <w:t xml:space="preserve">Anul de studiu: </w:t>
      </w:r>
      <w:r w:rsidRPr="00881914">
        <w:rPr>
          <w:lang w:val="pt-BR"/>
        </w:rPr>
        <w:t>☐ I    ☐ II    ☐ III    ☐ IV</w:t>
      </w:r>
    </w:p>
    <w:p w14:paraId="70D312A4" w14:textId="77777777" w:rsidR="0046054E" w:rsidRPr="00881914" w:rsidRDefault="00000000" w:rsidP="00BD7307">
      <w:pPr>
        <w:spacing w:after="80" w:line="360" w:lineRule="auto"/>
        <w:rPr>
          <w:lang w:val="pt-BR"/>
        </w:rPr>
      </w:pPr>
      <w:r w:rsidRPr="00881914">
        <w:rPr>
          <w:lang w:val="pt-BR"/>
        </w:rPr>
        <w:t>Solicit înscrierea la următoarea/următoarele disciplină/discipline facultativă/facultative, în vederea completării pregătirii academice și a acumulării de credite suplimentare:</w:t>
      </w:r>
    </w:p>
    <w:p w14:paraId="6C7F0B0C" w14:textId="77777777" w:rsidR="0046054E" w:rsidRDefault="00000000" w:rsidP="00BD7307">
      <w:pPr>
        <w:spacing w:after="80" w:line="360" w:lineRule="auto"/>
      </w:pPr>
      <w:proofErr w:type="spellStart"/>
      <w:r>
        <w:rPr>
          <w:b/>
        </w:rPr>
        <w:t>Semestrul</w:t>
      </w:r>
      <w:proofErr w:type="spellEnd"/>
      <w:r>
        <w:rPr>
          <w:b/>
        </w:rPr>
        <w:t xml:space="preserve">: </w:t>
      </w:r>
      <w:r>
        <w:t xml:space="preserve">☐ </w:t>
      </w:r>
      <w:proofErr w:type="spellStart"/>
      <w:r>
        <w:t>Semestrul</w:t>
      </w:r>
      <w:proofErr w:type="spellEnd"/>
      <w:r>
        <w:t xml:space="preserve"> I    ☐ Semestrul 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24"/>
        <w:gridCol w:w="3458"/>
        <w:gridCol w:w="2268"/>
        <w:gridCol w:w="2494"/>
        <w:gridCol w:w="794"/>
      </w:tblGrid>
      <w:tr w:rsidR="0046054E" w14:paraId="021AE471" w14:textId="77777777">
        <w:trPr>
          <w:tblHeader/>
          <w:jc w:val="center"/>
        </w:trPr>
        <w:tc>
          <w:tcPr>
            <w:tcW w:w="624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D7B3BC" w14:textId="77777777" w:rsidR="0046054E" w:rsidRDefault="00000000" w:rsidP="00BD7307">
            <w:pPr>
              <w:spacing w:line="360" w:lineRule="auto"/>
              <w:jc w:val="center"/>
            </w:pPr>
            <w:r>
              <w:rPr>
                <w:b/>
                <w:sz w:val="19"/>
              </w:rPr>
              <w:t>Nr. crt.</w:t>
            </w:r>
          </w:p>
        </w:tc>
        <w:tc>
          <w:tcPr>
            <w:tcW w:w="3458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170E2F" w14:textId="77777777" w:rsidR="0046054E" w:rsidRDefault="00000000" w:rsidP="00BD7307">
            <w:pPr>
              <w:spacing w:line="360" w:lineRule="auto"/>
              <w:jc w:val="center"/>
            </w:pPr>
            <w:r>
              <w:rPr>
                <w:b/>
                <w:sz w:val="19"/>
              </w:rPr>
              <w:t>Denumirea disciplinei facultative</w:t>
            </w:r>
          </w:p>
        </w:tc>
        <w:tc>
          <w:tcPr>
            <w:tcW w:w="2268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880793" w14:textId="77777777" w:rsidR="0046054E" w:rsidRPr="00881914" w:rsidRDefault="00000000" w:rsidP="00BD7307">
            <w:pPr>
              <w:spacing w:line="360" w:lineRule="auto"/>
              <w:jc w:val="center"/>
              <w:rPr>
                <w:lang w:val="pt-BR"/>
              </w:rPr>
            </w:pPr>
            <w:r w:rsidRPr="00881914">
              <w:rPr>
                <w:b/>
                <w:sz w:val="19"/>
                <w:lang w:val="pt-BR"/>
              </w:rPr>
              <w:t>Programul de studii în cadrul căruia este oferită</w:t>
            </w:r>
          </w:p>
        </w:tc>
        <w:tc>
          <w:tcPr>
            <w:tcW w:w="2494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977ED3" w14:textId="77777777" w:rsidR="0046054E" w:rsidRDefault="00000000" w:rsidP="00BD7307">
            <w:pPr>
              <w:spacing w:line="360" w:lineRule="auto"/>
              <w:jc w:val="center"/>
            </w:pPr>
            <w:proofErr w:type="spellStart"/>
            <w:r>
              <w:rPr>
                <w:b/>
                <w:sz w:val="19"/>
              </w:rPr>
              <w:t>Cadru</w:t>
            </w:r>
            <w:proofErr w:type="spellEnd"/>
            <w:r>
              <w:rPr>
                <w:b/>
                <w:sz w:val="19"/>
              </w:rPr>
              <w:t xml:space="preserve"> didactic</w:t>
            </w:r>
          </w:p>
        </w:tc>
        <w:tc>
          <w:tcPr>
            <w:tcW w:w="794" w:type="dxa"/>
            <w:shd w:val="clear" w:color="auto" w:fill="E7E6E6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E93820" w14:textId="77777777" w:rsidR="0046054E" w:rsidRDefault="00000000" w:rsidP="00BD7307">
            <w:pPr>
              <w:spacing w:line="360" w:lineRule="auto"/>
              <w:jc w:val="center"/>
            </w:pPr>
            <w:r>
              <w:rPr>
                <w:b/>
                <w:sz w:val="19"/>
              </w:rPr>
              <w:t>ECTS</w:t>
            </w:r>
          </w:p>
        </w:tc>
      </w:tr>
      <w:tr w:rsidR="0046054E" w14:paraId="1EF15D6C" w14:textId="77777777">
        <w:trPr>
          <w:trHeight w:val="709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BA7B19" w14:textId="77777777" w:rsidR="0046054E" w:rsidRDefault="00000000" w:rsidP="00BD7307">
            <w:pPr>
              <w:spacing w:line="360" w:lineRule="auto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345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1142D3" w14:textId="77777777" w:rsidR="0046054E" w:rsidRDefault="0046054E" w:rsidP="00BD7307">
            <w:pPr>
              <w:spacing w:line="360" w:lineRule="auto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3D9A35" w14:textId="77777777" w:rsidR="0046054E" w:rsidRDefault="0046054E" w:rsidP="00BD7307">
            <w:pPr>
              <w:spacing w:line="360" w:lineRule="auto"/>
            </w:pPr>
          </w:p>
        </w:tc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5198FB" w14:textId="77777777" w:rsidR="0046054E" w:rsidRDefault="0046054E" w:rsidP="00BD7307">
            <w:pPr>
              <w:spacing w:line="360" w:lineRule="auto"/>
            </w:pP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6691B9" w14:textId="77777777" w:rsidR="0046054E" w:rsidRDefault="0046054E" w:rsidP="00BD7307">
            <w:pPr>
              <w:spacing w:line="360" w:lineRule="auto"/>
              <w:jc w:val="center"/>
            </w:pPr>
          </w:p>
        </w:tc>
      </w:tr>
      <w:tr w:rsidR="0046054E" w14:paraId="036E45F8" w14:textId="77777777">
        <w:trPr>
          <w:trHeight w:val="709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99AB56" w14:textId="77777777" w:rsidR="0046054E" w:rsidRDefault="00000000" w:rsidP="00BD7307">
            <w:pPr>
              <w:spacing w:line="360" w:lineRule="auto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345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4ED770" w14:textId="77777777" w:rsidR="0046054E" w:rsidRDefault="0046054E" w:rsidP="00BD7307">
            <w:pPr>
              <w:spacing w:line="360" w:lineRule="auto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ABAB51" w14:textId="77777777" w:rsidR="0046054E" w:rsidRDefault="0046054E" w:rsidP="00BD7307">
            <w:pPr>
              <w:spacing w:line="360" w:lineRule="auto"/>
            </w:pPr>
          </w:p>
        </w:tc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D83524" w14:textId="77777777" w:rsidR="0046054E" w:rsidRDefault="0046054E" w:rsidP="00BD7307">
            <w:pPr>
              <w:spacing w:line="360" w:lineRule="auto"/>
            </w:pP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7B8371" w14:textId="77777777" w:rsidR="0046054E" w:rsidRDefault="0046054E" w:rsidP="00BD7307">
            <w:pPr>
              <w:spacing w:line="360" w:lineRule="auto"/>
              <w:jc w:val="center"/>
            </w:pPr>
          </w:p>
        </w:tc>
      </w:tr>
      <w:tr w:rsidR="0046054E" w14:paraId="3378C3DA" w14:textId="77777777">
        <w:trPr>
          <w:trHeight w:val="709"/>
          <w:jc w:val="center"/>
        </w:trPr>
        <w:tc>
          <w:tcPr>
            <w:tcW w:w="62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7EEC3F" w14:textId="77777777" w:rsidR="0046054E" w:rsidRDefault="00000000" w:rsidP="00BD7307">
            <w:pPr>
              <w:spacing w:line="360" w:lineRule="auto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345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3A0CB8" w14:textId="77777777" w:rsidR="0046054E" w:rsidRDefault="0046054E" w:rsidP="00BD7307">
            <w:pPr>
              <w:spacing w:line="360" w:lineRule="auto"/>
            </w:pPr>
          </w:p>
        </w:tc>
        <w:tc>
          <w:tcPr>
            <w:tcW w:w="226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06D4E5" w14:textId="77777777" w:rsidR="0046054E" w:rsidRDefault="0046054E" w:rsidP="00BD7307">
            <w:pPr>
              <w:spacing w:line="360" w:lineRule="auto"/>
            </w:pPr>
          </w:p>
        </w:tc>
        <w:tc>
          <w:tcPr>
            <w:tcW w:w="24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223E51" w14:textId="77777777" w:rsidR="0046054E" w:rsidRDefault="0046054E" w:rsidP="00BD7307">
            <w:pPr>
              <w:spacing w:line="360" w:lineRule="auto"/>
            </w:pPr>
          </w:p>
        </w:tc>
        <w:tc>
          <w:tcPr>
            <w:tcW w:w="79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BD7D32" w14:textId="77777777" w:rsidR="0046054E" w:rsidRDefault="0046054E" w:rsidP="00BD7307">
            <w:pPr>
              <w:spacing w:line="360" w:lineRule="auto"/>
              <w:jc w:val="center"/>
            </w:pPr>
          </w:p>
        </w:tc>
      </w:tr>
    </w:tbl>
    <w:p w14:paraId="047F81C7" w14:textId="77777777" w:rsidR="00277C9F" w:rsidRDefault="00277C9F" w:rsidP="00BD7307">
      <w:pPr>
        <w:spacing w:after="60" w:line="360" w:lineRule="auto"/>
        <w:rPr>
          <w:sz w:val="19"/>
        </w:rPr>
      </w:pPr>
    </w:p>
    <w:p w14:paraId="3AFE501F" w14:textId="5F8ECDF1" w:rsidR="0046054E" w:rsidRDefault="00000000" w:rsidP="00BD7307">
      <w:pPr>
        <w:spacing w:after="60" w:line="360" w:lineRule="auto"/>
      </w:pPr>
      <w:proofErr w:type="spellStart"/>
      <w:r>
        <w:rPr>
          <w:sz w:val="19"/>
        </w:rPr>
        <w:t>Declar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că</w:t>
      </w:r>
      <w:proofErr w:type="spellEnd"/>
      <w:r>
        <w:rPr>
          <w:sz w:val="19"/>
        </w:rPr>
        <w:t xml:space="preserve"> am </w:t>
      </w:r>
      <w:proofErr w:type="spellStart"/>
      <w:r>
        <w:rPr>
          <w:sz w:val="19"/>
        </w:rPr>
        <w:t>luat</w:t>
      </w:r>
      <w:proofErr w:type="spellEnd"/>
      <w:r>
        <w:rPr>
          <w:sz w:val="19"/>
        </w:rPr>
        <w:t xml:space="preserve"> la cunoștință faptul că disciplinele facultative sunt suplimentare disciplinelor obligatorii și opționale prevăzute în planul meu de învățământ și permit acumularea de credite suplimentare.</w:t>
      </w:r>
    </w:p>
    <w:p w14:paraId="0DA36D78" w14:textId="77777777" w:rsidR="00E12CE2" w:rsidRDefault="00000000" w:rsidP="00E12CE2">
      <w:pPr>
        <w:spacing w:after="60" w:line="360" w:lineRule="auto"/>
      </w:pPr>
      <w:r>
        <w:rPr>
          <w:sz w:val="19"/>
        </w:rPr>
        <w:t xml:space="preserve">Pentru disciplinele facultative, limba de predare poate fi româna sau engleza, indiferent de limba de predare a programului de studii la care sunt </w:t>
      </w:r>
      <w:proofErr w:type="spellStart"/>
      <w:r>
        <w:rPr>
          <w:sz w:val="19"/>
        </w:rPr>
        <w:t>înmatriculat</w:t>
      </w:r>
      <w:proofErr w:type="spellEnd"/>
      <w:r>
        <w:rPr>
          <w:sz w:val="19"/>
        </w:rPr>
        <w:t>(ă).</w:t>
      </w:r>
    </w:p>
    <w:p w14:paraId="25F73E65" w14:textId="77777777" w:rsidR="00E12CE2" w:rsidRDefault="00E12CE2" w:rsidP="00E12CE2">
      <w:pPr>
        <w:spacing w:after="60" w:line="360" w:lineRule="auto"/>
      </w:pPr>
      <w:proofErr w:type="spellStart"/>
      <w:r w:rsidRPr="00E12CE2">
        <w:rPr>
          <w:sz w:val="19"/>
        </w:rPr>
        <w:t>În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conformitate</w:t>
      </w:r>
      <w:proofErr w:type="spellEnd"/>
      <w:r w:rsidRPr="00E12CE2">
        <w:rPr>
          <w:sz w:val="19"/>
        </w:rPr>
        <w:t xml:space="preserve"> cu art. 29 </w:t>
      </w:r>
      <w:proofErr w:type="spellStart"/>
      <w:r w:rsidRPr="00E12CE2">
        <w:rPr>
          <w:sz w:val="19"/>
        </w:rPr>
        <w:t>alin</w:t>
      </w:r>
      <w:proofErr w:type="spellEnd"/>
      <w:r w:rsidRPr="00E12CE2">
        <w:rPr>
          <w:sz w:val="19"/>
        </w:rPr>
        <w:t>. (1) &amp; (3) din </w:t>
      </w:r>
      <w:proofErr w:type="spellStart"/>
      <w:r w:rsidRPr="00E12CE2">
        <w:rPr>
          <w:sz w:val="19"/>
        </w:rPr>
        <w:fldChar w:fldCharType="begin"/>
      </w:r>
      <w:r w:rsidRPr="00E12CE2">
        <w:rPr>
          <w:sz w:val="19"/>
        </w:rPr>
        <w:instrText>HYPERLINK "https://filosofie.unibuc.ro/wp-content/uploads/Aprobare-RAPS_2025_actualizare_aprobata-SENAT.pdf" \t "_blank"</w:instrText>
      </w:r>
      <w:r w:rsidRPr="00E12CE2">
        <w:rPr>
          <w:sz w:val="19"/>
        </w:rPr>
      </w:r>
      <w:r w:rsidRPr="00E12CE2">
        <w:rPr>
          <w:sz w:val="19"/>
        </w:rPr>
        <w:fldChar w:fldCharType="separate"/>
      </w:r>
      <w:r w:rsidRPr="00E12CE2">
        <w:rPr>
          <w:sz w:val="19"/>
        </w:rPr>
        <w:t>Regulamentul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privind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activitatea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profesională</w:t>
      </w:r>
      <w:proofErr w:type="spellEnd"/>
      <w:r w:rsidRPr="00E12CE2">
        <w:rPr>
          <w:sz w:val="19"/>
        </w:rPr>
        <w:t xml:space="preserve"> a </w:t>
      </w:r>
      <w:proofErr w:type="spellStart"/>
      <w:r w:rsidRPr="00E12CE2">
        <w:rPr>
          <w:sz w:val="19"/>
        </w:rPr>
        <w:t>studenților</w:t>
      </w:r>
      <w:proofErr w:type="spellEnd"/>
      <w:r w:rsidRPr="00E12CE2">
        <w:rPr>
          <w:sz w:val="19"/>
        </w:rPr>
        <w:fldChar w:fldCharType="end"/>
      </w:r>
      <w:r w:rsidRPr="00E12CE2">
        <w:rPr>
          <w:sz w:val="19"/>
        </w:rPr>
        <w:t>:</w:t>
      </w:r>
    </w:p>
    <w:p w14:paraId="36DBD2E8" w14:textId="19216CBB" w:rsidR="00E12CE2" w:rsidRPr="00E12CE2" w:rsidRDefault="00E12CE2" w:rsidP="00E12CE2">
      <w:pPr>
        <w:spacing w:after="60" w:line="360" w:lineRule="auto"/>
        <w:ind w:left="720"/>
        <w:rPr>
          <w:lang w:val="fr-FR"/>
        </w:rPr>
      </w:pPr>
      <w:r w:rsidRPr="00E12CE2">
        <w:rPr>
          <w:sz w:val="19"/>
          <w:lang w:val="fr-FR"/>
        </w:rPr>
        <w:t>„</w:t>
      </w:r>
      <w:proofErr w:type="spellStart"/>
      <w:r w:rsidRPr="00E12CE2">
        <w:rPr>
          <w:sz w:val="19"/>
          <w:lang w:val="fr-FR"/>
        </w:rPr>
        <w:t>Regimul</w:t>
      </w:r>
      <w:proofErr w:type="spellEnd"/>
      <w:r w:rsidRPr="00E12CE2">
        <w:rPr>
          <w:sz w:val="19"/>
          <w:lang w:val="fr-FR"/>
        </w:rPr>
        <w:t xml:space="preserve"> </w:t>
      </w:r>
      <w:proofErr w:type="spellStart"/>
      <w:r w:rsidRPr="00E12CE2">
        <w:rPr>
          <w:sz w:val="19"/>
          <w:lang w:val="fr-FR"/>
        </w:rPr>
        <w:t>facultativ</w:t>
      </w:r>
      <w:proofErr w:type="spellEnd"/>
      <w:r w:rsidRPr="00E12CE2">
        <w:rPr>
          <w:sz w:val="19"/>
          <w:lang w:val="fr-FR"/>
        </w:rPr>
        <w:t xml:space="preserve"> se </w:t>
      </w:r>
      <w:proofErr w:type="spellStart"/>
      <w:r w:rsidRPr="00E12CE2">
        <w:rPr>
          <w:sz w:val="19"/>
          <w:lang w:val="fr-FR"/>
        </w:rPr>
        <w:t>menține</w:t>
      </w:r>
      <w:proofErr w:type="spellEnd"/>
      <w:r w:rsidRPr="00E12CE2">
        <w:rPr>
          <w:sz w:val="19"/>
          <w:lang w:val="fr-FR"/>
        </w:rPr>
        <w:t xml:space="preserve"> </w:t>
      </w:r>
      <w:proofErr w:type="spellStart"/>
      <w:r w:rsidRPr="00E12CE2">
        <w:rPr>
          <w:sz w:val="19"/>
          <w:lang w:val="fr-FR"/>
        </w:rPr>
        <w:t>timp</w:t>
      </w:r>
      <w:proofErr w:type="spellEnd"/>
      <w:r w:rsidRPr="00E12CE2">
        <w:rPr>
          <w:sz w:val="19"/>
          <w:lang w:val="fr-FR"/>
        </w:rPr>
        <w:t xml:space="preserve"> de 30 de </w:t>
      </w:r>
      <w:proofErr w:type="spellStart"/>
      <w:r w:rsidRPr="00E12CE2">
        <w:rPr>
          <w:sz w:val="19"/>
          <w:lang w:val="fr-FR"/>
        </w:rPr>
        <w:t>zile</w:t>
      </w:r>
      <w:proofErr w:type="spellEnd"/>
      <w:r w:rsidRPr="00E12CE2">
        <w:rPr>
          <w:sz w:val="19"/>
          <w:lang w:val="fr-FR"/>
        </w:rPr>
        <w:t xml:space="preserve"> de la </w:t>
      </w:r>
      <w:proofErr w:type="spellStart"/>
      <w:r w:rsidRPr="00E12CE2">
        <w:rPr>
          <w:sz w:val="19"/>
          <w:lang w:val="fr-FR"/>
        </w:rPr>
        <w:t>desfășurarea</w:t>
      </w:r>
      <w:proofErr w:type="spellEnd"/>
      <w:r w:rsidRPr="00E12CE2">
        <w:rPr>
          <w:sz w:val="19"/>
          <w:lang w:val="fr-FR"/>
        </w:rPr>
        <w:t xml:space="preserve"> </w:t>
      </w:r>
      <w:proofErr w:type="spellStart"/>
      <w:r w:rsidRPr="00E12CE2">
        <w:rPr>
          <w:sz w:val="19"/>
          <w:lang w:val="fr-FR"/>
        </w:rPr>
        <w:t>primului</w:t>
      </w:r>
      <w:proofErr w:type="spellEnd"/>
      <w:r w:rsidRPr="00E12CE2">
        <w:rPr>
          <w:sz w:val="19"/>
          <w:lang w:val="fr-FR"/>
        </w:rPr>
        <w:t xml:space="preserve"> </w:t>
      </w:r>
      <w:proofErr w:type="spellStart"/>
      <w:r w:rsidRPr="00E12CE2">
        <w:rPr>
          <w:sz w:val="19"/>
          <w:lang w:val="fr-FR"/>
        </w:rPr>
        <w:t>curs</w:t>
      </w:r>
      <w:proofErr w:type="spellEnd"/>
      <w:r w:rsidRPr="00E12CE2">
        <w:rPr>
          <w:sz w:val="19"/>
          <w:lang w:val="fr-FR"/>
        </w:rPr>
        <w:t xml:space="preserve">, </w:t>
      </w:r>
      <w:proofErr w:type="spellStart"/>
      <w:r w:rsidRPr="00E12CE2">
        <w:rPr>
          <w:sz w:val="19"/>
          <w:lang w:val="fr-FR"/>
        </w:rPr>
        <w:t>timp</w:t>
      </w:r>
      <w:proofErr w:type="spellEnd"/>
      <w:r w:rsidRPr="00E12CE2">
        <w:rPr>
          <w:sz w:val="19"/>
          <w:lang w:val="fr-FR"/>
        </w:rPr>
        <w:t xml:space="preserve"> </w:t>
      </w:r>
      <w:proofErr w:type="spellStart"/>
      <w:r w:rsidRPr="00E12CE2">
        <w:rPr>
          <w:sz w:val="19"/>
          <w:lang w:val="fr-FR"/>
        </w:rPr>
        <w:t>în</w:t>
      </w:r>
      <w:proofErr w:type="spellEnd"/>
      <w:r w:rsidRPr="00E12CE2">
        <w:rPr>
          <w:sz w:val="19"/>
          <w:lang w:val="fr-FR"/>
        </w:rPr>
        <w:t xml:space="preserve"> care </w:t>
      </w:r>
      <w:proofErr w:type="spellStart"/>
      <w:r w:rsidRPr="00E12CE2">
        <w:rPr>
          <w:sz w:val="19"/>
          <w:lang w:val="fr-FR"/>
        </w:rPr>
        <w:t>studentul</w:t>
      </w:r>
      <w:proofErr w:type="spellEnd"/>
      <w:r w:rsidRPr="00E12CE2">
        <w:rPr>
          <w:sz w:val="19"/>
          <w:lang w:val="fr-FR"/>
        </w:rPr>
        <w:t xml:space="preserve"> se </w:t>
      </w:r>
      <w:proofErr w:type="spellStart"/>
      <w:r w:rsidRPr="00E12CE2">
        <w:rPr>
          <w:sz w:val="19"/>
          <w:lang w:val="fr-FR"/>
        </w:rPr>
        <w:t>poate</w:t>
      </w:r>
      <w:proofErr w:type="spellEnd"/>
      <w:r w:rsidRPr="00E12CE2">
        <w:rPr>
          <w:sz w:val="19"/>
          <w:lang w:val="fr-FR"/>
        </w:rPr>
        <w:t xml:space="preserve"> </w:t>
      </w:r>
      <w:proofErr w:type="spellStart"/>
      <w:r w:rsidRPr="00E12CE2">
        <w:rPr>
          <w:sz w:val="19"/>
          <w:lang w:val="fr-FR"/>
        </w:rPr>
        <w:t>retrage</w:t>
      </w:r>
      <w:proofErr w:type="spellEnd"/>
      <w:r w:rsidRPr="00E12CE2">
        <w:rPr>
          <w:sz w:val="19"/>
          <w:lang w:val="fr-FR"/>
        </w:rPr>
        <w:t xml:space="preserve">.” </w:t>
      </w:r>
    </w:p>
    <w:p w14:paraId="32499606" w14:textId="662B3887" w:rsidR="00277C9F" w:rsidRPr="00BD7307" w:rsidRDefault="00E12CE2" w:rsidP="00E12CE2">
      <w:pPr>
        <w:spacing w:after="60" w:line="360" w:lineRule="auto"/>
        <w:ind w:left="720"/>
        <w:rPr>
          <w:sz w:val="19"/>
        </w:rPr>
      </w:pPr>
      <w:r w:rsidRPr="00E12CE2">
        <w:rPr>
          <w:sz w:val="19"/>
        </w:rPr>
        <w:t>“</w:t>
      </w:r>
      <w:proofErr w:type="spellStart"/>
      <w:r w:rsidRPr="00E12CE2">
        <w:rPr>
          <w:sz w:val="19"/>
        </w:rPr>
        <w:t>Studentul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trebuie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să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promoveze</w:t>
      </w:r>
      <w:proofErr w:type="spellEnd"/>
      <w:r w:rsidRPr="00E12CE2">
        <w:rPr>
          <w:sz w:val="19"/>
        </w:rPr>
        <w:t xml:space="preserve"> respectiva disciplină până la finalizarea studiilor. Restanţa la disciplinele facultative nu </w:t>
      </w:r>
      <w:proofErr w:type="spellStart"/>
      <w:r w:rsidRPr="00E12CE2">
        <w:rPr>
          <w:sz w:val="19"/>
        </w:rPr>
        <w:t>afectează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reclasificarea</w:t>
      </w:r>
      <w:proofErr w:type="spellEnd"/>
      <w:r w:rsidRPr="00E12CE2">
        <w:rPr>
          <w:sz w:val="19"/>
        </w:rPr>
        <w:t>”</w:t>
      </w:r>
    </w:p>
    <w:p w14:paraId="7021E7AE" w14:textId="77777777" w:rsidR="00E12CE2" w:rsidRDefault="00E12CE2" w:rsidP="00E12CE2">
      <w:pPr>
        <w:spacing w:before="160" w:after="0" w:line="360" w:lineRule="auto"/>
        <w:rPr>
          <w:sz w:val="19"/>
        </w:rPr>
      </w:pPr>
      <w:proofErr w:type="spellStart"/>
      <w:r w:rsidRPr="00E12CE2">
        <w:rPr>
          <w:sz w:val="19"/>
        </w:rPr>
        <w:t>Declar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că</w:t>
      </w:r>
      <w:proofErr w:type="spellEnd"/>
      <w:r w:rsidRPr="00E12CE2">
        <w:rPr>
          <w:sz w:val="19"/>
        </w:rPr>
        <w:t xml:space="preserve"> am </w:t>
      </w:r>
      <w:proofErr w:type="spellStart"/>
      <w:r w:rsidRPr="00E12CE2">
        <w:rPr>
          <w:sz w:val="19"/>
        </w:rPr>
        <w:t>luat</w:t>
      </w:r>
      <w:proofErr w:type="spellEnd"/>
      <w:r w:rsidRPr="00E12CE2">
        <w:rPr>
          <w:sz w:val="19"/>
        </w:rPr>
        <w:t xml:space="preserve"> la </w:t>
      </w:r>
      <w:proofErr w:type="spellStart"/>
      <w:r w:rsidRPr="00E12CE2">
        <w:rPr>
          <w:sz w:val="19"/>
        </w:rPr>
        <w:t>cunoștință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posibilitatea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retragerii</w:t>
      </w:r>
      <w:proofErr w:type="spellEnd"/>
      <w:r w:rsidRPr="00E12CE2">
        <w:rPr>
          <w:sz w:val="19"/>
        </w:rPr>
        <w:t xml:space="preserve"> de la </w:t>
      </w:r>
      <w:proofErr w:type="spellStart"/>
      <w:r w:rsidRPr="00E12CE2">
        <w:rPr>
          <w:sz w:val="19"/>
        </w:rPr>
        <w:t>disciplina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facultativă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în</w:t>
      </w:r>
      <w:proofErr w:type="spellEnd"/>
      <w:r w:rsidRPr="00E12CE2">
        <w:rPr>
          <w:sz w:val="19"/>
        </w:rPr>
        <w:t xml:space="preserve"> termen de 30 de </w:t>
      </w:r>
      <w:proofErr w:type="spellStart"/>
      <w:r w:rsidRPr="00E12CE2">
        <w:rPr>
          <w:sz w:val="19"/>
        </w:rPr>
        <w:t>zile</w:t>
      </w:r>
      <w:proofErr w:type="spellEnd"/>
      <w:r w:rsidRPr="00E12CE2">
        <w:rPr>
          <w:sz w:val="19"/>
        </w:rPr>
        <w:t xml:space="preserve"> de la </w:t>
      </w:r>
      <w:proofErr w:type="spellStart"/>
      <w:r w:rsidRPr="00E12CE2">
        <w:rPr>
          <w:sz w:val="19"/>
        </w:rPr>
        <w:t>desfășurarea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primului</w:t>
      </w:r>
      <w:proofErr w:type="spellEnd"/>
      <w:r w:rsidRPr="00E12CE2">
        <w:rPr>
          <w:sz w:val="19"/>
        </w:rPr>
        <w:t xml:space="preserve"> curs, precum </w:t>
      </w:r>
      <w:proofErr w:type="spellStart"/>
      <w:r w:rsidRPr="00E12CE2">
        <w:rPr>
          <w:sz w:val="19"/>
        </w:rPr>
        <w:t>și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obligația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promovării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acesteia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până</w:t>
      </w:r>
      <w:proofErr w:type="spellEnd"/>
      <w:r w:rsidRPr="00E12CE2">
        <w:rPr>
          <w:sz w:val="19"/>
        </w:rPr>
        <w:t xml:space="preserve"> la </w:t>
      </w:r>
      <w:proofErr w:type="spellStart"/>
      <w:r w:rsidRPr="00E12CE2">
        <w:rPr>
          <w:sz w:val="19"/>
        </w:rPr>
        <w:t>finalizarea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studiilor</w:t>
      </w:r>
      <w:proofErr w:type="spellEnd"/>
      <w:r w:rsidRPr="00E12CE2">
        <w:rPr>
          <w:sz w:val="19"/>
        </w:rPr>
        <w:t xml:space="preserve">, </w:t>
      </w:r>
      <w:proofErr w:type="spellStart"/>
      <w:r w:rsidRPr="00E12CE2">
        <w:rPr>
          <w:sz w:val="19"/>
        </w:rPr>
        <w:t>în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cazul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în</w:t>
      </w:r>
      <w:proofErr w:type="spellEnd"/>
      <w:r w:rsidRPr="00E12CE2">
        <w:rPr>
          <w:sz w:val="19"/>
        </w:rPr>
        <w:t xml:space="preserve"> care nu </w:t>
      </w:r>
      <w:proofErr w:type="spellStart"/>
      <w:r w:rsidRPr="00E12CE2">
        <w:rPr>
          <w:sz w:val="19"/>
        </w:rPr>
        <w:t>îmi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exercit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dreptul</w:t>
      </w:r>
      <w:proofErr w:type="spellEnd"/>
      <w:r w:rsidRPr="00E12CE2">
        <w:rPr>
          <w:sz w:val="19"/>
        </w:rPr>
        <w:t xml:space="preserve"> de </w:t>
      </w:r>
      <w:proofErr w:type="spellStart"/>
      <w:r w:rsidRPr="00E12CE2">
        <w:rPr>
          <w:sz w:val="19"/>
        </w:rPr>
        <w:t>retragere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în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termenul</w:t>
      </w:r>
      <w:proofErr w:type="spellEnd"/>
      <w:r w:rsidRPr="00E12CE2">
        <w:rPr>
          <w:sz w:val="19"/>
        </w:rPr>
        <w:t xml:space="preserve"> </w:t>
      </w:r>
      <w:proofErr w:type="spellStart"/>
      <w:r w:rsidRPr="00E12CE2">
        <w:rPr>
          <w:sz w:val="19"/>
        </w:rPr>
        <w:t>prevăzut</w:t>
      </w:r>
      <w:proofErr w:type="spellEnd"/>
      <w:r w:rsidRPr="00E12CE2">
        <w:rPr>
          <w:sz w:val="19"/>
        </w:rPr>
        <w:t>.</w:t>
      </w:r>
    </w:p>
    <w:p w14:paraId="7709170F" w14:textId="77777777" w:rsidR="00E76FFB" w:rsidRPr="00E12CE2" w:rsidRDefault="00E76FFB" w:rsidP="00E12CE2">
      <w:pPr>
        <w:spacing w:before="160" w:after="0" w:line="360" w:lineRule="auto"/>
        <w:rPr>
          <w:sz w:val="19"/>
        </w:rPr>
      </w:pPr>
    </w:p>
    <w:p w14:paraId="26083737" w14:textId="77777777" w:rsidR="0046054E" w:rsidRDefault="00000000" w:rsidP="00BD7307">
      <w:pPr>
        <w:spacing w:before="160" w:after="0" w:line="360" w:lineRule="auto"/>
      </w:pPr>
      <w:r>
        <w:rPr>
          <w:b/>
        </w:rPr>
        <w:t xml:space="preserve">Data: </w:t>
      </w:r>
      <w:r>
        <w:t>........................................</w:t>
      </w:r>
      <w:r>
        <w:rPr>
          <w:b/>
        </w:rPr>
        <w:t xml:space="preserve">                              Semnătura studentului: </w:t>
      </w:r>
      <w:r>
        <w:t>....................................................</w:t>
      </w:r>
    </w:p>
    <w:sectPr w:rsidR="0046054E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2192881">
    <w:abstractNumId w:val="8"/>
  </w:num>
  <w:num w:numId="2" w16cid:durableId="433987447">
    <w:abstractNumId w:val="6"/>
  </w:num>
  <w:num w:numId="3" w16cid:durableId="970130781">
    <w:abstractNumId w:val="5"/>
  </w:num>
  <w:num w:numId="4" w16cid:durableId="1901749357">
    <w:abstractNumId w:val="4"/>
  </w:num>
  <w:num w:numId="5" w16cid:durableId="370497931">
    <w:abstractNumId w:val="7"/>
  </w:num>
  <w:num w:numId="6" w16cid:durableId="1457219861">
    <w:abstractNumId w:val="3"/>
  </w:num>
  <w:num w:numId="7" w16cid:durableId="468934241">
    <w:abstractNumId w:val="2"/>
  </w:num>
  <w:num w:numId="8" w16cid:durableId="1374960572">
    <w:abstractNumId w:val="1"/>
  </w:num>
  <w:num w:numId="9" w16cid:durableId="143636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7C9F"/>
    <w:rsid w:val="0029639D"/>
    <w:rsid w:val="00326F90"/>
    <w:rsid w:val="0046054E"/>
    <w:rsid w:val="0087419B"/>
    <w:rsid w:val="00881914"/>
    <w:rsid w:val="00AA1D8D"/>
    <w:rsid w:val="00B47730"/>
    <w:rsid w:val="00BD7307"/>
    <w:rsid w:val="00CB0664"/>
    <w:rsid w:val="00E01EAE"/>
    <w:rsid w:val="00E12CE2"/>
    <w:rsid w:val="00E76F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F6FA34"/>
  <w14:defaultImageDpi w14:val="300"/>
  <w15:docId w15:val="{246FD224-AEC0-435F-8755-010D8BE7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12C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LILIAN CIACHIR</cp:lastModifiedBy>
  <cp:revision>5</cp:revision>
  <dcterms:created xsi:type="dcterms:W3CDTF">2013-12-23T23:15:00Z</dcterms:created>
  <dcterms:modified xsi:type="dcterms:W3CDTF">2026-10-08T07:13:00Z</dcterms:modified>
  <cp:category/>
</cp:coreProperties>
</file>